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C8967" w14:textId="77777777" w:rsidR="003768CA" w:rsidRPr="001C4C70" w:rsidRDefault="00000000" w:rsidP="00D14D2A">
      <w:pPr>
        <w:pStyle w:val="Tytu"/>
        <w:spacing w:after="120"/>
        <w:jc w:val="center"/>
        <w:rPr>
          <w:rFonts w:cstheme="majorHAnsi"/>
          <w:sz w:val="24"/>
          <w:szCs w:val="24"/>
          <w:lang w:val="pl-PL"/>
        </w:rPr>
      </w:pPr>
      <w:r w:rsidRPr="001C4C70">
        <w:rPr>
          <w:rFonts w:cstheme="majorHAnsi"/>
          <w:sz w:val="24"/>
          <w:szCs w:val="24"/>
          <w:lang w:val="pl-PL"/>
        </w:rPr>
        <w:t>FORMULARZ OFERTY</w:t>
      </w:r>
    </w:p>
    <w:p w14:paraId="09C01634" w14:textId="706434D6" w:rsidR="003768CA" w:rsidRPr="00FC6184" w:rsidRDefault="2BDCEE89" w:rsidP="00FC6184">
      <w:pPr>
        <w:spacing w:after="0" w:line="240" w:lineRule="auto"/>
        <w:jc w:val="center"/>
        <w:rPr>
          <w:lang w:val="pl-PL"/>
        </w:rPr>
      </w:pPr>
      <w:r w:rsidRPr="0F30ECE1">
        <w:rPr>
          <w:rFonts w:asciiTheme="majorHAnsi" w:hAnsiTheme="majorHAnsi" w:cstheme="majorBidi"/>
          <w:b/>
          <w:bCs/>
          <w:i/>
          <w:iCs/>
          <w:sz w:val="24"/>
          <w:szCs w:val="24"/>
          <w:lang w:val="pl-PL"/>
        </w:rPr>
        <w:t xml:space="preserve">do pisemnego przetargu nieograniczonego na ustanowienie prawa </w:t>
      </w:r>
      <w:r w:rsidR="1E8548B7" w:rsidRPr="0F30ECE1">
        <w:rPr>
          <w:rFonts w:asciiTheme="majorHAnsi" w:hAnsiTheme="majorHAnsi" w:cstheme="majorBidi"/>
          <w:b/>
          <w:bCs/>
          <w:i/>
          <w:iCs/>
          <w:sz w:val="24"/>
          <w:szCs w:val="24"/>
          <w:lang w:val="pl-PL"/>
        </w:rPr>
        <w:t xml:space="preserve">odrębnej własności </w:t>
      </w:r>
      <w:r w:rsidRPr="0F30ECE1">
        <w:rPr>
          <w:rFonts w:asciiTheme="majorHAnsi" w:hAnsiTheme="majorHAnsi" w:cstheme="majorBidi"/>
          <w:b/>
          <w:bCs/>
          <w:i/>
          <w:iCs/>
          <w:sz w:val="24"/>
          <w:szCs w:val="24"/>
          <w:lang w:val="pl-PL"/>
        </w:rPr>
        <w:t xml:space="preserve">do lokalu mieszkalnego </w:t>
      </w:r>
    </w:p>
    <w:p w14:paraId="08C399C1" w14:textId="500A84C6" w:rsidR="4EB38CA8" w:rsidRPr="00FC6184" w:rsidRDefault="4EB38CA8" w:rsidP="00FC6184">
      <w:pPr>
        <w:spacing w:after="0" w:line="240" w:lineRule="auto"/>
        <w:jc w:val="center"/>
        <w:rPr>
          <w:lang w:val="pl-PL"/>
        </w:rPr>
      </w:pPr>
      <w:r w:rsidRPr="0F30ECE1">
        <w:rPr>
          <w:rFonts w:asciiTheme="majorHAnsi" w:hAnsiTheme="majorHAnsi" w:cstheme="majorBidi"/>
          <w:b/>
          <w:bCs/>
          <w:i/>
          <w:iCs/>
          <w:sz w:val="24"/>
          <w:szCs w:val="24"/>
          <w:lang w:val="pl-PL"/>
        </w:rPr>
        <w:t xml:space="preserve">Świerzawa ul. Młyńska 1/75 </w:t>
      </w:r>
    </w:p>
    <w:p w14:paraId="29207DF1" w14:textId="77777777" w:rsidR="003768CA" w:rsidRPr="00A56E66" w:rsidRDefault="00000000" w:rsidP="00D14D2A">
      <w:pPr>
        <w:pStyle w:val="Nagwek1"/>
        <w:spacing w:before="0" w:after="120" w:line="240" w:lineRule="auto"/>
        <w:rPr>
          <w:rFonts w:cstheme="majorHAnsi"/>
          <w:sz w:val="24"/>
          <w:szCs w:val="24"/>
          <w:lang w:val="pl-PL"/>
        </w:rPr>
      </w:pPr>
      <w:r w:rsidRPr="00A56E66">
        <w:rPr>
          <w:rFonts w:cstheme="majorHAnsi"/>
          <w:sz w:val="24"/>
          <w:szCs w:val="24"/>
          <w:lang w:val="pl-PL"/>
        </w:rPr>
        <w:t>1. Dane oferenta</w:t>
      </w:r>
    </w:p>
    <w:p w14:paraId="5E8C511A" w14:textId="1158FDDF" w:rsidR="003768CA" w:rsidRPr="00A56E66" w:rsidRDefault="00000000" w:rsidP="009F6494">
      <w:pPr>
        <w:spacing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A56E66">
        <w:rPr>
          <w:rFonts w:asciiTheme="majorHAnsi" w:hAnsiTheme="majorHAnsi" w:cstheme="majorHAnsi"/>
          <w:sz w:val="24"/>
          <w:szCs w:val="24"/>
          <w:lang w:val="pl-PL"/>
        </w:rPr>
        <w:t>Imię i nazwisko / Nazwa:</w:t>
      </w:r>
      <w:r w:rsidR="001C4C70" w:rsidRPr="00A56E66">
        <w:rPr>
          <w:rFonts w:asciiTheme="majorHAnsi" w:hAnsiTheme="majorHAnsi" w:cstheme="majorHAnsi"/>
          <w:sz w:val="24"/>
          <w:szCs w:val="24"/>
          <w:lang w:val="pl-PL"/>
        </w:rPr>
        <w:t xml:space="preserve"> ……………………………………………………………………………………………</w:t>
      </w:r>
      <w:r w:rsidRPr="00A56E66">
        <w:rPr>
          <w:rFonts w:asciiTheme="majorHAnsi" w:hAnsiTheme="majorHAnsi" w:cstheme="majorHAnsi"/>
          <w:sz w:val="24"/>
          <w:szCs w:val="24"/>
          <w:lang w:val="pl-PL"/>
        </w:rPr>
        <w:br/>
        <w:t>Adres:</w:t>
      </w:r>
      <w:r w:rsidR="001C4C70" w:rsidRPr="00A56E66">
        <w:rPr>
          <w:rFonts w:asciiTheme="majorHAnsi" w:hAnsiTheme="majorHAnsi" w:cstheme="majorHAnsi"/>
          <w:sz w:val="24"/>
          <w:szCs w:val="24"/>
          <w:lang w:val="pl-PL"/>
        </w:rPr>
        <w:t xml:space="preserve"> ………………………………………………………………………………………………………………………..</w:t>
      </w:r>
      <w:r w:rsidRPr="00A56E66">
        <w:rPr>
          <w:rFonts w:asciiTheme="majorHAnsi" w:hAnsiTheme="majorHAnsi" w:cstheme="majorHAnsi"/>
          <w:sz w:val="24"/>
          <w:szCs w:val="24"/>
          <w:lang w:val="pl-PL"/>
        </w:rPr>
        <w:br/>
        <w:t>PESEL / NIP:</w:t>
      </w:r>
      <w:r w:rsidR="001C4C70" w:rsidRPr="00A56E66">
        <w:rPr>
          <w:rFonts w:asciiTheme="majorHAnsi" w:hAnsiTheme="majorHAnsi" w:cstheme="majorHAnsi"/>
          <w:sz w:val="24"/>
          <w:szCs w:val="24"/>
          <w:lang w:val="pl-PL"/>
        </w:rPr>
        <w:t xml:space="preserve"> ……………………………………………………………………………………………………………….</w:t>
      </w:r>
      <w:r w:rsidRPr="00A56E66">
        <w:rPr>
          <w:rFonts w:asciiTheme="majorHAnsi" w:hAnsiTheme="majorHAnsi" w:cstheme="majorHAnsi"/>
          <w:sz w:val="24"/>
          <w:szCs w:val="24"/>
          <w:lang w:val="pl-PL"/>
        </w:rPr>
        <w:br/>
        <w:t>Telefon:</w:t>
      </w:r>
      <w:r w:rsidR="001C4C70" w:rsidRPr="00A56E66">
        <w:rPr>
          <w:rFonts w:asciiTheme="majorHAnsi" w:hAnsiTheme="majorHAnsi" w:cstheme="majorHAnsi"/>
          <w:sz w:val="24"/>
          <w:szCs w:val="24"/>
          <w:lang w:val="pl-PL"/>
        </w:rPr>
        <w:t xml:space="preserve"> ……………………………………………………………………………………………………………………..</w:t>
      </w:r>
      <w:r w:rsidRPr="00A56E66">
        <w:rPr>
          <w:rFonts w:asciiTheme="majorHAnsi" w:hAnsiTheme="majorHAnsi" w:cstheme="majorHAnsi"/>
          <w:sz w:val="24"/>
          <w:szCs w:val="24"/>
          <w:lang w:val="pl-PL"/>
        </w:rPr>
        <w:br/>
        <w:t>E-mail:</w:t>
      </w:r>
      <w:r w:rsidR="001C4C70" w:rsidRPr="00A56E66">
        <w:rPr>
          <w:rFonts w:asciiTheme="majorHAnsi" w:hAnsiTheme="majorHAnsi" w:cstheme="majorHAnsi"/>
          <w:sz w:val="24"/>
          <w:szCs w:val="24"/>
          <w:lang w:val="pl-PL"/>
        </w:rPr>
        <w:t xml:space="preserve"> ……………………………………………………………………………………………………………………….</w:t>
      </w:r>
    </w:p>
    <w:p w14:paraId="48104862" w14:textId="77777777" w:rsidR="003768CA" w:rsidRPr="00A56E66" w:rsidRDefault="00000000" w:rsidP="00D14D2A">
      <w:pPr>
        <w:pStyle w:val="Nagwek1"/>
        <w:spacing w:before="0" w:after="120" w:line="240" w:lineRule="auto"/>
        <w:rPr>
          <w:rFonts w:cstheme="majorHAnsi"/>
          <w:sz w:val="24"/>
          <w:szCs w:val="24"/>
          <w:lang w:val="pl-PL"/>
        </w:rPr>
      </w:pPr>
      <w:r w:rsidRPr="00A56E66">
        <w:rPr>
          <w:rFonts w:cstheme="majorHAnsi"/>
          <w:sz w:val="24"/>
          <w:szCs w:val="24"/>
          <w:lang w:val="pl-PL"/>
        </w:rPr>
        <w:t>2. Przedmiot oferty</w:t>
      </w:r>
    </w:p>
    <w:p w14:paraId="33B5ADB2" w14:textId="6EB22129" w:rsidR="003768CA" w:rsidRPr="00A56E66" w:rsidRDefault="00000000" w:rsidP="00D14D2A">
      <w:pPr>
        <w:spacing w:after="120" w:line="240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A56E66">
        <w:rPr>
          <w:rFonts w:asciiTheme="majorHAnsi" w:hAnsiTheme="majorHAnsi" w:cstheme="majorHAnsi"/>
          <w:sz w:val="24"/>
          <w:szCs w:val="24"/>
          <w:lang w:val="pl-PL"/>
        </w:rPr>
        <w:t xml:space="preserve">Lokal nr </w:t>
      </w:r>
      <w:r w:rsidR="001C4C70" w:rsidRPr="00A56E66">
        <w:rPr>
          <w:rFonts w:asciiTheme="majorHAnsi" w:hAnsiTheme="majorHAnsi" w:cstheme="majorHAnsi"/>
          <w:sz w:val="24"/>
          <w:szCs w:val="24"/>
          <w:lang w:val="pl-PL"/>
        </w:rPr>
        <w:t xml:space="preserve">75, </w:t>
      </w:r>
      <w:r w:rsidR="00522126" w:rsidRPr="00A56E66">
        <w:rPr>
          <w:rFonts w:asciiTheme="majorHAnsi" w:hAnsiTheme="majorHAnsi" w:cstheme="majorHAnsi"/>
          <w:sz w:val="24"/>
          <w:szCs w:val="24"/>
          <w:lang w:val="pl-PL"/>
        </w:rPr>
        <w:t>Świerzawa ul. Młyńska 1</w:t>
      </w:r>
      <w:r w:rsidR="001C4C70" w:rsidRPr="00A56E66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A56E66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</w:p>
    <w:p w14:paraId="5BD55430" w14:textId="77777777" w:rsidR="003768CA" w:rsidRPr="00A56E66" w:rsidRDefault="00000000" w:rsidP="00D14D2A">
      <w:pPr>
        <w:pStyle w:val="Nagwek1"/>
        <w:spacing w:before="0" w:after="120" w:line="240" w:lineRule="auto"/>
        <w:rPr>
          <w:rFonts w:cstheme="majorHAnsi"/>
          <w:sz w:val="24"/>
          <w:szCs w:val="24"/>
          <w:lang w:val="pl-PL"/>
        </w:rPr>
      </w:pPr>
      <w:r w:rsidRPr="00A56E66">
        <w:rPr>
          <w:rFonts w:cstheme="majorHAnsi"/>
          <w:sz w:val="24"/>
          <w:szCs w:val="24"/>
          <w:lang w:val="pl-PL"/>
        </w:rPr>
        <w:t>3. Oferowana cena</w:t>
      </w:r>
    </w:p>
    <w:p w14:paraId="7AAB1ABB" w14:textId="77AC6679" w:rsidR="003768CA" w:rsidRPr="00FC6184" w:rsidRDefault="2BDCEE89" w:rsidP="00D14D2A">
      <w:pPr>
        <w:spacing w:after="120" w:line="240" w:lineRule="auto"/>
        <w:rPr>
          <w:lang w:val="pl-PL"/>
        </w:rPr>
      </w:pPr>
      <w:r w:rsidRPr="0F30ECE1">
        <w:rPr>
          <w:rFonts w:asciiTheme="majorHAnsi" w:hAnsiTheme="majorHAnsi" w:cstheme="majorBidi"/>
          <w:sz w:val="24"/>
          <w:szCs w:val="24"/>
          <w:lang w:val="pl-PL"/>
        </w:rPr>
        <w:t xml:space="preserve">Oferuję cenę: .................................. zł </w:t>
      </w:r>
    </w:p>
    <w:p w14:paraId="220B9D11" w14:textId="06D4CE15" w:rsidR="003768CA" w:rsidRPr="00A56E66" w:rsidRDefault="2BDCEE89" w:rsidP="0F30ECE1">
      <w:pPr>
        <w:spacing w:after="120" w:line="240" w:lineRule="auto"/>
        <w:rPr>
          <w:rFonts w:asciiTheme="majorHAnsi" w:hAnsiTheme="majorHAnsi" w:cstheme="majorBidi"/>
          <w:sz w:val="24"/>
          <w:szCs w:val="24"/>
          <w:lang w:val="pl-PL"/>
        </w:rPr>
      </w:pPr>
      <w:r w:rsidRPr="0F30ECE1">
        <w:rPr>
          <w:rFonts w:asciiTheme="majorHAnsi" w:hAnsiTheme="majorHAnsi" w:cstheme="majorBidi"/>
          <w:sz w:val="24"/>
          <w:szCs w:val="24"/>
          <w:lang w:val="pl-PL"/>
        </w:rPr>
        <w:t>(słownie: ................</w:t>
      </w:r>
      <w:r w:rsidR="4AA4262D" w:rsidRPr="0F30ECE1">
        <w:rPr>
          <w:rFonts w:asciiTheme="majorHAnsi" w:hAnsiTheme="majorHAnsi" w:cstheme="majorBidi"/>
          <w:sz w:val="24"/>
          <w:szCs w:val="24"/>
          <w:lang w:val="pl-PL"/>
        </w:rPr>
        <w:t>...</w:t>
      </w:r>
      <w:r w:rsidRPr="0F30ECE1">
        <w:rPr>
          <w:rFonts w:asciiTheme="majorHAnsi" w:hAnsiTheme="majorHAnsi" w:cstheme="majorBidi"/>
          <w:sz w:val="24"/>
          <w:szCs w:val="24"/>
          <w:lang w:val="pl-PL"/>
        </w:rPr>
        <w:t>....</w:t>
      </w:r>
      <w:r w:rsidR="7162EEB9" w:rsidRPr="0F30ECE1">
        <w:rPr>
          <w:rFonts w:asciiTheme="majorHAnsi" w:hAnsiTheme="majorHAnsi" w:cstheme="majorBidi"/>
          <w:sz w:val="24"/>
          <w:szCs w:val="24"/>
          <w:lang w:val="pl-PL"/>
        </w:rPr>
        <w:t>...</w:t>
      </w:r>
      <w:r w:rsidRPr="0F30ECE1">
        <w:rPr>
          <w:rFonts w:asciiTheme="majorHAnsi" w:hAnsiTheme="majorHAnsi" w:cstheme="majorBidi"/>
          <w:sz w:val="24"/>
          <w:szCs w:val="24"/>
          <w:lang w:val="pl-PL"/>
        </w:rPr>
        <w:t>.</w:t>
      </w:r>
      <w:r w:rsidR="746B0A2B" w:rsidRPr="0F30ECE1">
        <w:rPr>
          <w:rFonts w:asciiTheme="majorHAnsi" w:hAnsiTheme="majorHAnsi" w:cstheme="majorBidi"/>
          <w:sz w:val="24"/>
          <w:szCs w:val="24"/>
          <w:lang w:val="pl-PL"/>
        </w:rPr>
        <w:t>................................................</w:t>
      </w:r>
      <w:r w:rsidRPr="0F30ECE1">
        <w:rPr>
          <w:rFonts w:asciiTheme="majorHAnsi" w:hAnsiTheme="majorHAnsi" w:cstheme="majorBidi"/>
          <w:sz w:val="24"/>
          <w:szCs w:val="24"/>
          <w:lang w:val="pl-PL"/>
        </w:rPr>
        <w:t>....................................).</w:t>
      </w:r>
    </w:p>
    <w:p w14:paraId="329550AC" w14:textId="77777777" w:rsidR="003768CA" w:rsidRPr="00A56E66" w:rsidRDefault="00000000" w:rsidP="00D14D2A">
      <w:pPr>
        <w:pStyle w:val="Nagwek1"/>
        <w:spacing w:before="0" w:after="120" w:line="240" w:lineRule="auto"/>
        <w:rPr>
          <w:rFonts w:cstheme="majorHAnsi"/>
          <w:sz w:val="24"/>
          <w:szCs w:val="24"/>
          <w:lang w:val="pl-PL"/>
        </w:rPr>
      </w:pPr>
      <w:r w:rsidRPr="00A56E66">
        <w:rPr>
          <w:rFonts w:cstheme="majorHAnsi"/>
          <w:sz w:val="24"/>
          <w:szCs w:val="24"/>
          <w:lang w:val="pl-PL"/>
        </w:rPr>
        <w:t>4. Wadium</w:t>
      </w:r>
    </w:p>
    <w:p w14:paraId="25449281" w14:textId="732DF4DD" w:rsidR="003768CA" w:rsidRPr="00A56E66" w:rsidRDefault="2BDCEE89" w:rsidP="0F30ECE1">
      <w:pPr>
        <w:spacing w:after="120" w:line="240" w:lineRule="auto"/>
        <w:rPr>
          <w:rFonts w:asciiTheme="majorHAnsi" w:hAnsiTheme="majorHAnsi" w:cstheme="majorBidi"/>
          <w:sz w:val="24"/>
          <w:szCs w:val="24"/>
          <w:lang w:val="pl-PL"/>
        </w:rPr>
      </w:pPr>
      <w:r w:rsidRPr="0F30ECE1">
        <w:rPr>
          <w:rFonts w:asciiTheme="majorHAnsi" w:hAnsiTheme="majorHAnsi" w:cstheme="majorBidi"/>
          <w:sz w:val="24"/>
          <w:szCs w:val="24"/>
          <w:lang w:val="pl-PL"/>
        </w:rPr>
        <w:t>Potwierdzam wniesienie wadium w wysokości .......</w:t>
      </w:r>
      <w:r w:rsidR="5BB9FB3C" w:rsidRPr="0F30ECE1">
        <w:rPr>
          <w:rFonts w:asciiTheme="majorHAnsi" w:hAnsiTheme="majorHAnsi" w:cstheme="majorBidi"/>
          <w:sz w:val="24"/>
          <w:szCs w:val="24"/>
          <w:lang w:val="pl-PL"/>
        </w:rPr>
        <w:t>..............</w:t>
      </w:r>
      <w:r w:rsidRPr="0F30ECE1">
        <w:rPr>
          <w:rFonts w:asciiTheme="majorHAnsi" w:hAnsiTheme="majorHAnsi" w:cstheme="majorBidi"/>
          <w:sz w:val="24"/>
          <w:szCs w:val="24"/>
          <w:lang w:val="pl-PL"/>
        </w:rPr>
        <w:t>...</w:t>
      </w:r>
      <w:r w:rsidR="3D0F1BA6" w:rsidRPr="0F30ECE1">
        <w:rPr>
          <w:rFonts w:asciiTheme="majorHAnsi" w:hAnsiTheme="majorHAnsi" w:cstheme="majorBidi"/>
          <w:sz w:val="24"/>
          <w:szCs w:val="24"/>
          <w:lang w:val="pl-PL"/>
        </w:rPr>
        <w:t>...................</w:t>
      </w:r>
      <w:r w:rsidRPr="0F30ECE1">
        <w:rPr>
          <w:rFonts w:asciiTheme="majorHAnsi" w:hAnsiTheme="majorHAnsi" w:cstheme="majorBidi"/>
          <w:sz w:val="24"/>
          <w:szCs w:val="24"/>
          <w:lang w:val="pl-PL"/>
        </w:rPr>
        <w:t>.......... zł.</w:t>
      </w:r>
      <w:r w:rsidRPr="00FC6184">
        <w:rPr>
          <w:lang w:val="pl-PL"/>
        </w:rPr>
        <w:br/>
      </w:r>
      <w:r w:rsidRPr="0F30ECE1">
        <w:rPr>
          <w:rFonts w:asciiTheme="majorHAnsi" w:hAnsiTheme="majorHAnsi" w:cstheme="majorBidi"/>
          <w:sz w:val="24"/>
          <w:szCs w:val="24"/>
          <w:lang w:val="pl-PL"/>
        </w:rPr>
        <w:t>Nr rachunku do zwrotu wadium: ...</w:t>
      </w:r>
      <w:r w:rsidR="7162EEB9" w:rsidRPr="0F30ECE1">
        <w:rPr>
          <w:rFonts w:asciiTheme="majorHAnsi" w:hAnsiTheme="majorHAnsi" w:cstheme="majorBidi"/>
          <w:sz w:val="24"/>
          <w:szCs w:val="24"/>
          <w:lang w:val="pl-PL"/>
        </w:rPr>
        <w:t>...</w:t>
      </w:r>
      <w:r w:rsidR="123AC673" w:rsidRPr="0F30ECE1">
        <w:rPr>
          <w:rFonts w:asciiTheme="majorHAnsi" w:hAnsiTheme="majorHAnsi" w:cstheme="majorBidi"/>
          <w:sz w:val="24"/>
          <w:szCs w:val="24"/>
          <w:lang w:val="pl-PL"/>
        </w:rPr>
        <w:t>.............................................</w:t>
      </w:r>
      <w:r w:rsidR="7162EEB9" w:rsidRPr="0F30ECE1">
        <w:rPr>
          <w:rFonts w:asciiTheme="majorHAnsi" w:hAnsiTheme="majorHAnsi" w:cstheme="majorBidi"/>
          <w:sz w:val="24"/>
          <w:szCs w:val="24"/>
          <w:lang w:val="pl-PL"/>
        </w:rPr>
        <w:t>............................................</w:t>
      </w:r>
      <w:r w:rsidRPr="0F30ECE1">
        <w:rPr>
          <w:rFonts w:asciiTheme="majorHAnsi" w:hAnsiTheme="majorHAnsi" w:cstheme="majorBidi"/>
          <w:sz w:val="24"/>
          <w:szCs w:val="24"/>
          <w:lang w:val="pl-PL"/>
        </w:rPr>
        <w:t>.....................................</w:t>
      </w:r>
    </w:p>
    <w:p w14:paraId="52B5254C" w14:textId="77777777" w:rsidR="003768CA" w:rsidRPr="00A56E66" w:rsidRDefault="00000000" w:rsidP="00D14D2A">
      <w:pPr>
        <w:pStyle w:val="Nagwek1"/>
        <w:spacing w:before="0" w:after="120" w:line="240" w:lineRule="auto"/>
        <w:rPr>
          <w:rFonts w:cstheme="majorHAnsi"/>
          <w:sz w:val="24"/>
          <w:szCs w:val="24"/>
          <w:lang w:val="pl-PL"/>
        </w:rPr>
      </w:pPr>
      <w:r w:rsidRPr="00A56E66">
        <w:rPr>
          <w:rFonts w:cstheme="majorHAnsi"/>
          <w:sz w:val="24"/>
          <w:szCs w:val="24"/>
          <w:lang w:val="pl-PL"/>
        </w:rPr>
        <w:t>5. Oświadczenia</w:t>
      </w:r>
    </w:p>
    <w:p w14:paraId="0A64A490" w14:textId="77777777" w:rsidR="003768CA" w:rsidRPr="00A56E66" w:rsidRDefault="00000000" w:rsidP="00D14D2A">
      <w:pPr>
        <w:spacing w:after="120" w:line="240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A56E66">
        <w:rPr>
          <w:rFonts w:asciiTheme="majorHAnsi" w:hAnsiTheme="majorHAnsi" w:cstheme="majorHAnsi"/>
          <w:sz w:val="24"/>
          <w:szCs w:val="24"/>
          <w:lang w:val="pl-PL"/>
        </w:rPr>
        <w:t>□ Zapoznałem(</w:t>
      </w:r>
      <w:proofErr w:type="spellStart"/>
      <w:r w:rsidRPr="00A56E66">
        <w:rPr>
          <w:rFonts w:asciiTheme="majorHAnsi" w:hAnsiTheme="majorHAnsi" w:cstheme="majorHAnsi"/>
          <w:sz w:val="24"/>
          <w:szCs w:val="24"/>
          <w:lang w:val="pl-PL"/>
        </w:rPr>
        <w:t>am</w:t>
      </w:r>
      <w:proofErr w:type="spellEnd"/>
      <w:r w:rsidRPr="00A56E66">
        <w:rPr>
          <w:rFonts w:asciiTheme="majorHAnsi" w:hAnsiTheme="majorHAnsi" w:cstheme="majorHAnsi"/>
          <w:sz w:val="24"/>
          <w:szCs w:val="24"/>
          <w:lang w:val="pl-PL"/>
        </w:rPr>
        <w:t>) się z regulaminem przetargu.</w:t>
      </w:r>
      <w:r w:rsidRPr="00A56E66">
        <w:rPr>
          <w:rFonts w:asciiTheme="majorHAnsi" w:hAnsiTheme="majorHAnsi" w:cstheme="majorHAnsi"/>
          <w:sz w:val="24"/>
          <w:szCs w:val="24"/>
          <w:lang w:val="pl-PL"/>
        </w:rPr>
        <w:br/>
        <w:t>□ Zapoznałem(</w:t>
      </w:r>
      <w:proofErr w:type="spellStart"/>
      <w:r w:rsidRPr="00A56E66">
        <w:rPr>
          <w:rFonts w:asciiTheme="majorHAnsi" w:hAnsiTheme="majorHAnsi" w:cstheme="majorHAnsi"/>
          <w:sz w:val="24"/>
          <w:szCs w:val="24"/>
          <w:lang w:val="pl-PL"/>
        </w:rPr>
        <w:t>am</w:t>
      </w:r>
      <w:proofErr w:type="spellEnd"/>
      <w:r w:rsidRPr="00A56E66">
        <w:rPr>
          <w:rFonts w:asciiTheme="majorHAnsi" w:hAnsiTheme="majorHAnsi" w:cstheme="majorHAnsi"/>
          <w:sz w:val="24"/>
          <w:szCs w:val="24"/>
          <w:lang w:val="pl-PL"/>
        </w:rPr>
        <w:t>) się ze stanem technicznym lokalu.</w:t>
      </w:r>
      <w:r w:rsidRPr="00A56E66">
        <w:rPr>
          <w:rFonts w:asciiTheme="majorHAnsi" w:hAnsiTheme="majorHAnsi" w:cstheme="majorHAnsi"/>
          <w:sz w:val="24"/>
          <w:szCs w:val="24"/>
          <w:lang w:val="pl-PL"/>
        </w:rPr>
        <w:br/>
        <w:t>□ Akceptuję warunki przetargu.</w:t>
      </w:r>
      <w:r w:rsidRPr="00A56E66">
        <w:rPr>
          <w:rFonts w:asciiTheme="majorHAnsi" w:hAnsiTheme="majorHAnsi" w:cstheme="majorHAnsi"/>
          <w:sz w:val="24"/>
          <w:szCs w:val="24"/>
          <w:lang w:val="pl-PL"/>
        </w:rPr>
        <w:br/>
        <w:t>□ Zobowiązuję się do zawarcia umowy w terminie wyznaczonym przez Spółdzielnię.</w:t>
      </w:r>
      <w:r w:rsidRPr="00A56E66">
        <w:rPr>
          <w:rFonts w:asciiTheme="majorHAnsi" w:hAnsiTheme="majorHAnsi" w:cstheme="majorHAnsi"/>
          <w:sz w:val="24"/>
          <w:szCs w:val="24"/>
          <w:lang w:val="pl-PL"/>
        </w:rPr>
        <w:br/>
        <w:t>□ Wyrażam zgodę na przetwarzanie danych osobowych dla celów przeprowadzenia przetargu.</w:t>
      </w:r>
    </w:p>
    <w:p w14:paraId="5209D485" w14:textId="77777777" w:rsidR="003768CA" w:rsidRPr="00A56E66" w:rsidRDefault="00000000" w:rsidP="00D14D2A">
      <w:pPr>
        <w:pStyle w:val="Nagwek1"/>
        <w:spacing w:before="0" w:after="120" w:line="240" w:lineRule="auto"/>
        <w:rPr>
          <w:rFonts w:cstheme="majorHAnsi"/>
          <w:sz w:val="24"/>
          <w:szCs w:val="24"/>
          <w:lang w:val="pl-PL"/>
        </w:rPr>
      </w:pPr>
      <w:r w:rsidRPr="00A56E66">
        <w:rPr>
          <w:rFonts w:cstheme="majorHAnsi"/>
          <w:sz w:val="24"/>
          <w:szCs w:val="24"/>
          <w:lang w:val="pl-PL"/>
        </w:rPr>
        <w:t>6. Załączniki</w:t>
      </w:r>
    </w:p>
    <w:p w14:paraId="5E2AD299" w14:textId="703E9884" w:rsidR="003768CA" w:rsidRPr="00A56E66" w:rsidRDefault="2BDCEE89" w:rsidP="0F30ECE1">
      <w:pPr>
        <w:spacing w:after="120" w:line="240" w:lineRule="auto"/>
        <w:rPr>
          <w:rFonts w:asciiTheme="majorHAnsi" w:hAnsiTheme="majorHAnsi" w:cstheme="majorBidi"/>
          <w:sz w:val="24"/>
          <w:szCs w:val="24"/>
          <w:lang w:val="pl-PL"/>
        </w:rPr>
      </w:pPr>
      <w:r w:rsidRPr="0F30ECE1">
        <w:rPr>
          <w:rFonts w:asciiTheme="majorHAnsi" w:hAnsiTheme="majorHAnsi" w:cstheme="majorBidi"/>
          <w:sz w:val="24"/>
          <w:szCs w:val="24"/>
          <w:lang w:val="pl-PL"/>
        </w:rPr>
        <w:t>□ Dowód wpłaty wadium</w:t>
      </w:r>
      <w:r w:rsidRPr="00FC6184">
        <w:rPr>
          <w:lang w:val="pl-PL"/>
        </w:rPr>
        <w:br/>
      </w:r>
      <w:r w:rsidRPr="0F30ECE1">
        <w:rPr>
          <w:rFonts w:asciiTheme="majorHAnsi" w:hAnsiTheme="majorHAnsi" w:cstheme="majorBidi"/>
          <w:sz w:val="24"/>
          <w:szCs w:val="24"/>
          <w:lang w:val="pl-PL"/>
        </w:rPr>
        <w:t>□ Dowód tożsamości (do wglądu)</w:t>
      </w:r>
      <w:r w:rsidRPr="00FC6184">
        <w:rPr>
          <w:lang w:val="pl-PL"/>
        </w:rPr>
        <w:br/>
      </w:r>
      <w:r w:rsidRPr="0F30ECE1">
        <w:rPr>
          <w:rFonts w:asciiTheme="majorHAnsi" w:hAnsiTheme="majorHAnsi" w:cstheme="majorBidi"/>
          <w:sz w:val="24"/>
          <w:szCs w:val="24"/>
          <w:lang w:val="pl-PL"/>
        </w:rPr>
        <w:t>□ Inne: ....</w:t>
      </w:r>
      <w:r w:rsidR="7162EEB9" w:rsidRPr="0F30ECE1">
        <w:rPr>
          <w:rFonts w:asciiTheme="majorHAnsi" w:hAnsiTheme="majorHAnsi" w:cstheme="majorBidi"/>
          <w:sz w:val="24"/>
          <w:szCs w:val="24"/>
          <w:lang w:val="pl-PL"/>
        </w:rPr>
        <w:t>..............................................................</w:t>
      </w:r>
      <w:r w:rsidR="70E8869B" w:rsidRPr="0F30ECE1">
        <w:rPr>
          <w:rFonts w:asciiTheme="majorHAnsi" w:hAnsiTheme="majorHAnsi" w:cstheme="majorBidi"/>
          <w:sz w:val="24"/>
          <w:szCs w:val="24"/>
          <w:lang w:val="pl-PL"/>
        </w:rPr>
        <w:t>..........</w:t>
      </w:r>
      <w:r w:rsidR="7162EEB9" w:rsidRPr="0F30ECE1">
        <w:rPr>
          <w:rFonts w:asciiTheme="majorHAnsi" w:hAnsiTheme="majorHAnsi" w:cstheme="majorBidi"/>
          <w:sz w:val="24"/>
          <w:szCs w:val="24"/>
          <w:lang w:val="pl-PL"/>
        </w:rPr>
        <w:t>............................</w:t>
      </w:r>
      <w:r w:rsidRPr="0F30ECE1">
        <w:rPr>
          <w:rFonts w:asciiTheme="majorHAnsi" w:hAnsiTheme="majorHAnsi" w:cstheme="majorBidi"/>
          <w:sz w:val="24"/>
          <w:szCs w:val="24"/>
          <w:lang w:val="pl-PL"/>
        </w:rPr>
        <w:t>....................................</w:t>
      </w:r>
    </w:p>
    <w:p w14:paraId="2E1E1EB0" w14:textId="77777777" w:rsidR="00FC6184" w:rsidRDefault="00000000" w:rsidP="00FC6184">
      <w:pPr>
        <w:pStyle w:val="Nagwek1"/>
        <w:spacing w:before="0" w:after="120" w:line="240" w:lineRule="auto"/>
        <w:rPr>
          <w:sz w:val="24"/>
          <w:szCs w:val="24"/>
          <w:lang w:val="pl-PL"/>
        </w:rPr>
      </w:pPr>
      <w:r w:rsidRPr="00A56E66">
        <w:rPr>
          <w:rFonts w:cstheme="majorHAnsi"/>
          <w:sz w:val="24"/>
          <w:szCs w:val="24"/>
          <w:lang w:val="pl-PL"/>
        </w:rPr>
        <w:t>7. Podpis</w:t>
      </w:r>
      <w:r w:rsidRPr="00FC6184">
        <w:rPr>
          <w:lang w:val="pl-PL"/>
        </w:rPr>
        <w:br/>
      </w:r>
    </w:p>
    <w:p w14:paraId="03A7F2E2" w14:textId="6112ED15" w:rsidR="003768CA" w:rsidRPr="00121C0C" w:rsidRDefault="2BDCEE89" w:rsidP="00FC6184">
      <w:pPr>
        <w:pStyle w:val="Nagwek1"/>
        <w:spacing w:before="0" w:after="120" w:line="240" w:lineRule="auto"/>
        <w:ind w:left="4320"/>
        <w:rPr>
          <w:rFonts w:cstheme="majorHAnsi"/>
          <w:sz w:val="20"/>
          <w:szCs w:val="24"/>
          <w:lang w:val="pl-PL"/>
        </w:rPr>
      </w:pPr>
      <w:r w:rsidRPr="0F30ECE1">
        <w:rPr>
          <w:sz w:val="24"/>
          <w:szCs w:val="24"/>
          <w:lang w:val="pl-PL"/>
        </w:rPr>
        <w:t>.............................</w:t>
      </w:r>
      <w:r w:rsidR="75AFA97C" w:rsidRPr="0F30ECE1">
        <w:rPr>
          <w:sz w:val="24"/>
          <w:szCs w:val="24"/>
          <w:lang w:val="pl-PL"/>
        </w:rPr>
        <w:t>..............</w:t>
      </w:r>
      <w:r w:rsidRPr="0F30ECE1">
        <w:rPr>
          <w:sz w:val="24"/>
          <w:szCs w:val="24"/>
          <w:lang w:val="pl-PL"/>
        </w:rPr>
        <w:t>...............</w:t>
      </w:r>
      <w:r w:rsidRPr="00FC6184">
        <w:rPr>
          <w:lang w:val="pl-PL"/>
        </w:rPr>
        <w:br/>
      </w:r>
      <w:r w:rsidR="57864A5D" w:rsidRPr="0F30ECE1">
        <w:rPr>
          <w:sz w:val="24"/>
          <w:szCs w:val="24"/>
          <w:lang w:val="pl-PL"/>
        </w:rPr>
        <w:t xml:space="preserve">           </w:t>
      </w:r>
      <w:r w:rsidRPr="00121C0C">
        <w:rPr>
          <w:sz w:val="20"/>
          <w:szCs w:val="24"/>
          <w:lang w:val="pl-PL"/>
        </w:rPr>
        <w:t>(czytelny podpis oferenta)</w:t>
      </w:r>
    </w:p>
    <w:p w14:paraId="4D9E054E" w14:textId="4E5E1305" w:rsidR="00A56E66" w:rsidRPr="001C4C70" w:rsidRDefault="00A56E66" w:rsidP="00FC6184">
      <w:pPr>
        <w:spacing w:after="120" w:line="240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A56E66">
        <w:rPr>
          <w:rFonts w:asciiTheme="majorHAnsi" w:hAnsiTheme="majorHAnsi" w:cstheme="majorHAnsi"/>
          <w:sz w:val="24"/>
          <w:szCs w:val="24"/>
          <w:lang w:val="pl-PL"/>
        </w:rPr>
        <w:t xml:space="preserve">Miejscowość </w:t>
      </w:r>
      <w:r w:rsidR="00121C0C">
        <w:rPr>
          <w:rFonts w:asciiTheme="majorHAnsi" w:hAnsiTheme="majorHAnsi" w:cstheme="majorHAnsi"/>
          <w:sz w:val="24"/>
          <w:szCs w:val="24"/>
          <w:lang w:val="pl-PL"/>
        </w:rPr>
        <w:t>……………….</w:t>
      </w:r>
      <w:r w:rsidRPr="00A56E66">
        <w:rPr>
          <w:rFonts w:asciiTheme="majorHAnsi" w:hAnsiTheme="majorHAnsi" w:cstheme="majorHAnsi"/>
          <w:sz w:val="24"/>
          <w:szCs w:val="24"/>
          <w:lang w:val="pl-PL"/>
        </w:rPr>
        <w:t xml:space="preserve">................... </w:t>
      </w:r>
      <w:r w:rsidR="00121C0C">
        <w:rPr>
          <w:rFonts w:asciiTheme="majorHAnsi" w:hAnsiTheme="majorHAnsi" w:cstheme="majorHAnsi"/>
          <w:sz w:val="24"/>
          <w:szCs w:val="24"/>
          <w:lang w:val="pl-PL"/>
        </w:rPr>
        <w:t>d</w:t>
      </w:r>
      <w:r w:rsidRPr="00A56E66">
        <w:rPr>
          <w:rFonts w:asciiTheme="majorHAnsi" w:hAnsiTheme="majorHAnsi" w:cstheme="majorHAnsi"/>
          <w:sz w:val="24"/>
          <w:szCs w:val="24"/>
          <w:lang w:val="pl-PL"/>
        </w:rPr>
        <w:t>ata .................</w:t>
      </w:r>
    </w:p>
    <w:sectPr w:rsidR="00A56E66" w:rsidRPr="001C4C7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5454929">
    <w:abstractNumId w:val="8"/>
  </w:num>
  <w:num w:numId="2" w16cid:durableId="121268007">
    <w:abstractNumId w:val="6"/>
  </w:num>
  <w:num w:numId="3" w16cid:durableId="1083182514">
    <w:abstractNumId w:val="5"/>
  </w:num>
  <w:num w:numId="4" w16cid:durableId="2118140650">
    <w:abstractNumId w:val="4"/>
  </w:num>
  <w:num w:numId="5" w16cid:durableId="1905140505">
    <w:abstractNumId w:val="7"/>
  </w:num>
  <w:num w:numId="6" w16cid:durableId="435365232">
    <w:abstractNumId w:val="3"/>
  </w:num>
  <w:num w:numId="7" w16cid:durableId="503669479">
    <w:abstractNumId w:val="2"/>
  </w:num>
  <w:num w:numId="8" w16cid:durableId="1628928941">
    <w:abstractNumId w:val="1"/>
  </w:num>
  <w:num w:numId="9" w16cid:durableId="1750349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1C0C"/>
    <w:rsid w:val="0015074B"/>
    <w:rsid w:val="001C4C70"/>
    <w:rsid w:val="0029639D"/>
    <w:rsid w:val="00326F90"/>
    <w:rsid w:val="003452E5"/>
    <w:rsid w:val="003768CA"/>
    <w:rsid w:val="00405F8F"/>
    <w:rsid w:val="00522126"/>
    <w:rsid w:val="00635865"/>
    <w:rsid w:val="009F6494"/>
    <w:rsid w:val="00A56E66"/>
    <w:rsid w:val="00AA1D8D"/>
    <w:rsid w:val="00B47730"/>
    <w:rsid w:val="00CB0664"/>
    <w:rsid w:val="00D14D2A"/>
    <w:rsid w:val="00FC6184"/>
    <w:rsid w:val="00FC693F"/>
    <w:rsid w:val="0F30ECE1"/>
    <w:rsid w:val="123AC673"/>
    <w:rsid w:val="1E8548B7"/>
    <w:rsid w:val="2117D4F3"/>
    <w:rsid w:val="2BDCEE89"/>
    <w:rsid w:val="36D3557D"/>
    <w:rsid w:val="3D0F1BA6"/>
    <w:rsid w:val="4AA4262D"/>
    <w:rsid w:val="4EB38CA8"/>
    <w:rsid w:val="57864A5D"/>
    <w:rsid w:val="5BB9FB3C"/>
    <w:rsid w:val="70E8869B"/>
    <w:rsid w:val="7162EEB9"/>
    <w:rsid w:val="746B0A2B"/>
    <w:rsid w:val="75AFA97C"/>
    <w:rsid w:val="7E1C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24CE5C94-B838-465D-8D49-57568EEA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1435</Characters>
  <Application>Microsoft Office Word</Application>
  <DocSecurity>0</DocSecurity>
  <Lines>11</Lines>
  <Paragraphs>3</Paragraphs>
  <ScaleCrop>false</ScaleCrop>
  <Manager/>
  <Company/>
  <LinksUpToDate>false</LinksUpToDate>
  <CharactersWithSpaces>1671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Józef Froń</cp:lastModifiedBy>
  <cp:revision>3</cp:revision>
  <dcterms:created xsi:type="dcterms:W3CDTF">2026-08-31T06:17:00Z</dcterms:created>
  <dcterms:modified xsi:type="dcterms:W3CDTF">2026-08-31T06:18:00Z</dcterms:modified>
  <cp:category/>
</cp:coreProperties>
</file>